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03A8F" w14:textId="5BC81D9D" w:rsidR="00902AE8" w:rsidRDefault="00000000">
      <w:pPr>
        <w:spacing w:after="120"/>
      </w:pPr>
      <w:r>
        <w:rPr>
          <w:b/>
        </w:rPr>
        <w:t>LEGISLATION 0192-26 – AMENDMENT</w:t>
      </w:r>
      <w:r w:rsidR="00F7651C">
        <w:tab/>
      </w:r>
      <w:r w:rsidR="00F7651C">
        <w:tab/>
      </w:r>
      <w:r w:rsidR="00F7651C">
        <w:tab/>
        <w:t xml:space="preserve">            </w:t>
      </w:r>
      <w:r>
        <w:t>Sponsor: Honorable Brenda Jesus</w:t>
      </w:r>
    </w:p>
    <w:p w14:paraId="4A333318" w14:textId="77777777" w:rsidR="00902AE8" w:rsidRDefault="00000000">
      <w:pPr>
        <w:spacing w:after="120"/>
        <w:ind w:left="576" w:hanging="432"/>
      </w:pPr>
      <w:r>
        <w:t>1. Funding Amendment.</w:t>
      </w:r>
    </w:p>
    <w:p w14:paraId="293C0360" w14:textId="77777777" w:rsidR="00902AE8" w:rsidRDefault="00000000">
      <w:pPr>
        <w:spacing w:after="60"/>
        <w:ind w:left="1008"/>
      </w:pPr>
      <w:r>
        <w:t>From: Personnel Lapse Savings Fund Account</w:t>
      </w:r>
    </w:p>
    <w:p w14:paraId="7E5A43AD" w14:textId="77777777" w:rsidR="00902AE8" w:rsidRDefault="00000000">
      <w:pPr>
        <w:spacing w:after="160"/>
        <w:ind w:left="1008"/>
      </w:pPr>
      <w:r>
        <w:t>For a Total of $204,291</w:t>
      </w:r>
    </w:p>
    <w:p w14:paraId="67E340D3" w14:textId="77777777" w:rsidR="00902AE8" w:rsidRDefault="00000000">
      <w:pPr>
        <w:spacing w:after="60"/>
        <w:ind w:left="1008"/>
      </w:pPr>
      <w:r>
        <w:t>To: 115001 – DNR Administration</w:t>
      </w:r>
    </w:p>
    <w:p w14:paraId="143ADDF5" w14:textId="77777777" w:rsidR="00902AE8" w:rsidRDefault="00000000">
      <w:pPr>
        <w:spacing w:after="20"/>
        <w:ind w:left="1512"/>
      </w:pPr>
      <w:r>
        <w:t>Object code 2001 Personnel Expenses – $204,291, consisting of Division Director salary of $145,000 and fringe benefits of $59,291</w:t>
      </w:r>
    </w:p>
    <w:p w14:paraId="3161CAC9" w14:textId="77777777" w:rsidR="00902AE8" w:rsidRDefault="00000000">
      <w:pPr>
        <w:spacing w:after="160"/>
        <w:ind w:left="1008"/>
      </w:pPr>
      <w:r>
        <w:t>For a Total of $204,291</w:t>
      </w:r>
    </w:p>
    <w:p w14:paraId="0FAD3F23" w14:textId="77777777" w:rsidR="00902AE8" w:rsidRDefault="00000000">
      <w:pPr>
        <w:spacing w:after="120"/>
        <w:ind w:left="576" w:hanging="432"/>
      </w:pPr>
      <w:r>
        <w:t xml:space="preserve">2. On Page 2, Line 27, delete </w:t>
      </w:r>
      <w:r>
        <w:rPr>
          <w:strike/>
        </w:rPr>
        <w:t>$524,762,404</w:t>
      </w:r>
      <w:r>
        <w:t xml:space="preserve"> and replace with </w:t>
      </w:r>
      <w:r>
        <w:rPr>
          <w:u w:val="single"/>
        </w:rPr>
        <w:t>$524,966,695</w:t>
      </w:r>
      <w:r>
        <w:t>.</w:t>
      </w:r>
    </w:p>
    <w:p w14:paraId="045BEB73" w14:textId="77777777" w:rsidR="00902AE8" w:rsidRDefault="00000000">
      <w:pPr>
        <w:spacing w:after="120"/>
        <w:ind w:left="576" w:hanging="432"/>
      </w:pPr>
      <w:r>
        <w:t>3. On Page 3, Line 2, insert new subsection 3 as follows:</w:t>
      </w:r>
    </w:p>
    <w:p w14:paraId="55644410" w14:textId="77777777" w:rsidR="00902AE8" w:rsidRDefault="00000000">
      <w:pPr>
        <w:spacing w:after="120"/>
        <w:ind w:left="1080" w:hanging="432"/>
      </w:pPr>
      <w:r>
        <w:rPr>
          <w:u w:val="single"/>
        </w:rPr>
        <w:t>3. $204,291 from the Personnel Lapse Savings Fund Account;</w:t>
      </w:r>
    </w:p>
    <w:p w14:paraId="0293F6E1" w14:textId="77777777" w:rsidR="00902AE8" w:rsidRDefault="00000000">
      <w:pPr>
        <w:spacing w:after="120"/>
        <w:ind w:left="576" w:hanging="432"/>
      </w:pPr>
      <w:r>
        <w:t xml:space="preserve">4. On Page 3, Line 24, delete </w:t>
      </w:r>
      <w:r>
        <w:rPr>
          <w:strike/>
        </w:rPr>
        <w:t>$451,441,975</w:t>
      </w:r>
      <w:r>
        <w:t xml:space="preserve"> and replace with </w:t>
      </w:r>
      <w:r>
        <w:rPr>
          <w:u w:val="single"/>
        </w:rPr>
        <w:t>$451,646,266</w:t>
      </w:r>
      <w:r>
        <w:t>.</w:t>
      </w:r>
    </w:p>
    <w:p w14:paraId="0172B9C8" w14:textId="77777777" w:rsidR="00902AE8" w:rsidRDefault="00000000">
      <w:pPr>
        <w:spacing w:after="120"/>
        <w:ind w:left="576" w:hanging="432"/>
      </w:pPr>
      <w:r>
        <w:t>5. On Page 3, Line 29, insert new subsection D as follows:</w:t>
      </w:r>
    </w:p>
    <w:p w14:paraId="294DEF4C" w14:textId="77777777" w:rsidR="00902AE8" w:rsidRDefault="00000000">
      <w:pPr>
        <w:spacing w:after="120"/>
        <w:ind w:left="1080" w:hanging="432"/>
      </w:pPr>
      <w:r>
        <w:rPr>
          <w:u w:val="single"/>
        </w:rPr>
        <w:t>D. $204,291 from the Personnel Lapse Savings Fund Account;</w:t>
      </w:r>
    </w:p>
    <w:p w14:paraId="2DE20594" w14:textId="77777777" w:rsidR="00902AE8" w:rsidRDefault="00000000">
      <w:pPr>
        <w:spacing w:after="120"/>
        <w:ind w:left="576" w:hanging="432"/>
      </w:pPr>
      <w:r>
        <w:t>6. Directives to the Office of Management and Budget. Amend Exhibit A, Fiscal Year 2027 Budget Summary, as follows:</w:t>
      </w:r>
    </w:p>
    <w:p w14:paraId="52FCD6B1" w14:textId="77777777" w:rsidR="00902AE8" w:rsidRDefault="00000000">
      <w:pPr>
        <w:pStyle w:val="ListBullet"/>
        <w:spacing w:after="40"/>
        <w:ind w:left="1368"/>
      </w:pPr>
      <w:r>
        <w:t xml:space="preserve">Executive Branch, Personnel Lapse Fund: delete </w:t>
      </w:r>
      <w:r w:rsidRPr="00F7651C">
        <w:rPr>
          <w:strike/>
        </w:rPr>
        <w:t>0</w:t>
      </w:r>
      <w:r>
        <w:t xml:space="preserve"> and replace with </w:t>
      </w:r>
      <w:r w:rsidRPr="00F7651C">
        <w:rPr>
          <w:u w:val="single"/>
        </w:rPr>
        <w:t>204,291</w:t>
      </w:r>
      <w:r>
        <w:t>.</w:t>
      </w:r>
    </w:p>
    <w:p w14:paraId="48C53747" w14:textId="77777777" w:rsidR="00902AE8" w:rsidRDefault="00000000">
      <w:pPr>
        <w:pStyle w:val="ListBullet"/>
        <w:spacing w:after="40"/>
        <w:ind w:left="1368"/>
      </w:pPr>
      <w:r>
        <w:t xml:space="preserve">Executive Branch, Total: delete </w:t>
      </w:r>
      <w:r w:rsidRPr="00F7651C">
        <w:rPr>
          <w:strike/>
        </w:rPr>
        <w:t>470,441,975</w:t>
      </w:r>
      <w:r>
        <w:t xml:space="preserve"> and </w:t>
      </w:r>
      <w:proofErr w:type="gramStart"/>
      <w:r>
        <w:t>replace</w:t>
      </w:r>
      <w:proofErr w:type="gramEnd"/>
      <w:r>
        <w:t xml:space="preserve"> with </w:t>
      </w:r>
      <w:r w:rsidRPr="00F7651C">
        <w:rPr>
          <w:u w:val="single"/>
        </w:rPr>
        <w:t>470,646,266</w:t>
      </w:r>
      <w:r>
        <w:t>.</w:t>
      </w:r>
    </w:p>
    <w:p w14:paraId="50E68166" w14:textId="77777777" w:rsidR="00902AE8" w:rsidRDefault="00000000">
      <w:pPr>
        <w:pStyle w:val="ListBullet"/>
        <w:spacing w:after="40"/>
        <w:ind w:left="1368"/>
      </w:pPr>
      <w:r>
        <w:t xml:space="preserve">Total, Personnel Lapse Fund: delete </w:t>
      </w:r>
      <w:r w:rsidRPr="00F7651C">
        <w:rPr>
          <w:strike/>
        </w:rPr>
        <w:t>0</w:t>
      </w:r>
      <w:r>
        <w:t xml:space="preserve"> and replace with </w:t>
      </w:r>
      <w:r w:rsidRPr="00F7651C">
        <w:rPr>
          <w:u w:val="single"/>
        </w:rPr>
        <w:t>204,291</w:t>
      </w:r>
      <w:r>
        <w:t>.</w:t>
      </w:r>
    </w:p>
    <w:p w14:paraId="35FF0165" w14:textId="77777777" w:rsidR="00902AE8" w:rsidRDefault="00000000">
      <w:pPr>
        <w:pStyle w:val="ListBullet"/>
        <w:ind w:left="1368"/>
      </w:pPr>
      <w:r>
        <w:t xml:space="preserve">Total: delete </w:t>
      </w:r>
      <w:r w:rsidRPr="00F7651C">
        <w:rPr>
          <w:strike/>
        </w:rPr>
        <w:t>543,762,404</w:t>
      </w:r>
      <w:r>
        <w:t xml:space="preserve"> and replace with </w:t>
      </w:r>
      <w:r w:rsidRPr="00F7651C">
        <w:rPr>
          <w:u w:val="single"/>
        </w:rPr>
        <w:t>543,966,695</w:t>
      </w:r>
      <w:r>
        <w:t>.</w:t>
      </w:r>
    </w:p>
    <w:p w14:paraId="12E54348" w14:textId="77777777" w:rsidR="00902AE8" w:rsidRDefault="00000000">
      <w:pPr>
        <w:spacing w:after="120"/>
        <w:ind w:left="576" w:hanging="432"/>
      </w:pPr>
      <w:r>
        <w:t>7. Directives to the Office of Management and Budget. Amend Exhibit D, Fiscal Year 2027 Executive Branch Budget Summary, as follows:</w:t>
      </w:r>
    </w:p>
    <w:p w14:paraId="0052CE7E" w14:textId="77777777" w:rsidR="00902AE8" w:rsidRDefault="00000000">
      <w:pPr>
        <w:pStyle w:val="ListBullet"/>
        <w:spacing w:after="40"/>
        <w:ind w:left="1368"/>
      </w:pPr>
      <w:r>
        <w:t xml:space="preserve">Business Unit 115xxx, Division of Natural Resources, Personnel Lapse Fund: delete </w:t>
      </w:r>
      <w:r w:rsidRPr="00F7651C">
        <w:rPr>
          <w:strike/>
        </w:rPr>
        <w:t>0</w:t>
      </w:r>
      <w:r>
        <w:t xml:space="preserve"> and replace with </w:t>
      </w:r>
      <w:r w:rsidRPr="00F7651C">
        <w:rPr>
          <w:u w:val="single"/>
        </w:rPr>
        <w:t>204,291</w:t>
      </w:r>
      <w:r>
        <w:t>.</w:t>
      </w:r>
    </w:p>
    <w:p w14:paraId="03C86722" w14:textId="6F601EA3" w:rsidR="00902AE8" w:rsidRDefault="00000000">
      <w:pPr>
        <w:pStyle w:val="ListBullet"/>
        <w:spacing w:after="40"/>
        <w:ind w:left="1368"/>
      </w:pPr>
      <w:r>
        <w:t xml:space="preserve">Business Unit 115xxx, Division of Natural Resources, Total: delete </w:t>
      </w:r>
      <w:r w:rsidR="00F7651C" w:rsidRPr="00F7651C">
        <w:rPr>
          <w:strike/>
        </w:rPr>
        <w:t>50,823,899</w:t>
      </w:r>
      <w:r>
        <w:t xml:space="preserve"> and replace with </w:t>
      </w:r>
      <w:r w:rsidR="00F7651C" w:rsidRPr="00F7651C">
        <w:rPr>
          <w:u w:val="single"/>
        </w:rPr>
        <w:t>51,028,190</w:t>
      </w:r>
      <w:r w:rsidR="00F7651C">
        <w:t>.</w:t>
      </w:r>
    </w:p>
    <w:p w14:paraId="3A292F09" w14:textId="77777777" w:rsidR="00902AE8" w:rsidRDefault="00000000">
      <w:pPr>
        <w:pStyle w:val="ListBullet"/>
        <w:spacing w:after="40"/>
        <w:ind w:left="1368"/>
      </w:pPr>
      <w:r>
        <w:t xml:space="preserve">Total, Personnel Lapse Fund: delete </w:t>
      </w:r>
      <w:r w:rsidRPr="00F7651C">
        <w:rPr>
          <w:strike/>
        </w:rPr>
        <w:t>0</w:t>
      </w:r>
      <w:r>
        <w:t xml:space="preserve"> and replace with </w:t>
      </w:r>
      <w:r w:rsidRPr="00F7651C">
        <w:rPr>
          <w:u w:val="single"/>
        </w:rPr>
        <w:t>204,291</w:t>
      </w:r>
      <w:r>
        <w:t>.</w:t>
      </w:r>
    </w:p>
    <w:p w14:paraId="58FE5082" w14:textId="77777777" w:rsidR="00902AE8" w:rsidRDefault="00000000">
      <w:pPr>
        <w:pStyle w:val="ListBullet"/>
        <w:ind w:left="1368"/>
      </w:pPr>
      <w:r>
        <w:t xml:space="preserve">Total: delete </w:t>
      </w:r>
      <w:r w:rsidRPr="00F7651C">
        <w:rPr>
          <w:strike/>
        </w:rPr>
        <w:t>470,441,975</w:t>
      </w:r>
      <w:r>
        <w:t xml:space="preserve"> and replace with </w:t>
      </w:r>
      <w:r w:rsidRPr="00F7651C">
        <w:rPr>
          <w:u w:val="single"/>
        </w:rPr>
        <w:t>470,646,266</w:t>
      </w:r>
      <w:r>
        <w:t>.</w:t>
      </w:r>
    </w:p>
    <w:p w14:paraId="2F6375ED" w14:textId="77777777" w:rsidR="00902AE8" w:rsidRDefault="00000000">
      <w:pPr>
        <w:spacing w:after="120"/>
        <w:ind w:left="576" w:hanging="432"/>
      </w:pPr>
      <w:r>
        <w:t>8. Directive to the Program. Provide updated budget forms consistent with the amendment above.</w:t>
      </w:r>
    </w:p>
    <w:p w14:paraId="15AFD1C1" w14:textId="77777777" w:rsidR="00902AE8" w:rsidRDefault="00000000">
      <w:pPr>
        <w:spacing w:after="120"/>
        <w:ind w:left="576" w:hanging="432"/>
      </w:pPr>
      <w:r>
        <w:t xml:space="preserve">9. Renumber or re-letter succeeding paragraphs, sections, and exhibits, as necessary and appropriate. The Office of Legislative Services and the Office of Legislative Counsel are authorized to make technical edits, including re-calculating totals, related to this amendment and its exhibits to implement the sponsor’s intent. This Amendment </w:t>
      </w:r>
      <w:r>
        <w:lastRenderedPageBreak/>
        <w:t>supersedes inconsistent language in any other amendment(s), which language shall be conformed to this Amendment.</w:t>
      </w:r>
    </w:p>
    <w:sectPr w:rsidR="00902AE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0395868">
    <w:abstractNumId w:val="8"/>
  </w:num>
  <w:num w:numId="2" w16cid:durableId="1839147935">
    <w:abstractNumId w:val="6"/>
  </w:num>
  <w:num w:numId="3" w16cid:durableId="669452407">
    <w:abstractNumId w:val="5"/>
  </w:num>
  <w:num w:numId="4" w16cid:durableId="1002708231">
    <w:abstractNumId w:val="4"/>
  </w:num>
  <w:num w:numId="5" w16cid:durableId="1004014555">
    <w:abstractNumId w:val="7"/>
  </w:num>
  <w:num w:numId="6" w16cid:durableId="1587421037">
    <w:abstractNumId w:val="3"/>
  </w:num>
  <w:num w:numId="7" w16cid:durableId="1671448672">
    <w:abstractNumId w:val="2"/>
  </w:num>
  <w:num w:numId="8" w16cid:durableId="1075589347">
    <w:abstractNumId w:val="1"/>
  </w:num>
  <w:num w:numId="9" w16cid:durableId="77267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F640D"/>
    <w:rsid w:val="00902AE8"/>
    <w:rsid w:val="00AA1D8D"/>
    <w:rsid w:val="00B47730"/>
    <w:rsid w:val="00CB0664"/>
    <w:rsid w:val="00F765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8EB280"/>
  <w14:defaultImageDpi w14:val="300"/>
  <w15:docId w15:val="{E4FC37B1-2035-411E-8E10-6C41C9E4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Justin C. Ahasteen</cp:lastModifiedBy>
  <cp:revision>2</cp:revision>
  <dcterms:created xsi:type="dcterms:W3CDTF">2026-09-07T20:47:00Z</dcterms:created>
  <dcterms:modified xsi:type="dcterms:W3CDTF">2026-09-07T20:47:00Z</dcterms:modified>
  <cp:category/>
</cp:coreProperties>
</file>