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6061" w14:textId="7BCC4B72" w:rsidR="00D213E2" w:rsidRDefault="00000000">
      <w:pPr>
        <w:spacing w:after="120"/>
      </w:pPr>
      <w:r>
        <w:rPr>
          <w:b/>
        </w:rPr>
        <w:t>LEGISLATION 0192-26 – AMENDMENT</w:t>
      </w:r>
      <w:r w:rsidR="000D094C">
        <w:tab/>
      </w:r>
      <w:r w:rsidR="000D094C">
        <w:tab/>
      </w:r>
      <w:r w:rsidR="000D094C">
        <w:tab/>
        <w:t xml:space="preserve">            </w:t>
      </w:r>
      <w:r>
        <w:t>Sponsor: Honorable Brenda Jesus</w:t>
      </w:r>
    </w:p>
    <w:p w14:paraId="542CFA5B" w14:textId="77777777" w:rsidR="00D213E2" w:rsidRDefault="00000000">
      <w:pPr>
        <w:spacing w:after="120"/>
        <w:ind w:left="576" w:hanging="432"/>
      </w:pPr>
      <w:r>
        <w:t>1. Funding Amendment.</w:t>
      </w:r>
    </w:p>
    <w:p w14:paraId="5C8D6A18" w14:textId="77777777" w:rsidR="00D213E2" w:rsidRDefault="00000000">
      <w:pPr>
        <w:spacing w:after="60"/>
        <w:ind w:left="1008"/>
      </w:pPr>
      <w:r>
        <w:t>From: Personnel Lapse Savings Fund Account</w:t>
      </w:r>
    </w:p>
    <w:p w14:paraId="382C1048" w14:textId="77777777" w:rsidR="00D213E2" w:rsidRDefault="00000000">
      <w:pPr>
        <w:spacing w:after="160"/>
        <w:ind w:left="1008"/>
      </w:pPr>
      <w:r>
        <w:t>For a Total of $635,841</w:t>
      </w:r>
    </w:p>
    <w:p w14:paraId="0D7973C6" w14:textId="77777777" w:rsidR="00D213E2" w:rsidRDefault="00000000">
      <w:pPr>
        <w:spacing w:after="60"/>
        <w:ind w:left="1008"/>
      </w:pPr>
      <w:r>
        <w:t>To: 115021 – Navajo Land Department</w:t>
      </w:r>
    </w:p>
    <w:p w14:paraId="075B2FB3" w14:textId="77777777" w:rsidR="00D213E2" w:rsidRDefault="00000000">
      <w:pPr>
        <w:spacing w:after="20"/>
        <w:ind w:left="1512"/>
      </w:pPr>
      <w:r>
        <w:t>Object code 2001 Personnel Expenses – $277,629</w:t>
      </w:r>
    </w:p>
    <w:p w14:paraId="5041A56A" w14:textId="77777777" w:rsidR="00D213E2" w:rsidRDefault="00000000">
      <w:pPr>
        <w:spacing w:after="20"/>
        <w:ind w:left="1512"/>
      </w:pPr>
      <w:r>
        <w:t>Object code 3000 Travel Expenses – $64,388</w:t>
      </w:r>
    </w:p>
    <w:p w14:paraId="0173C6FA" w14:textId="77777777" w:rsidR="00D213E2" w:rsidRDefault="00000000">
      <w:pPr>
        <w:spacing w:after="20"/>
        <w:ind w:left="1512"/>
      </w:pPr>
      <w:r>
        <w:t>Object code 4000 Supplies – $41,500</w:t>
      </w:r>
    </w:p>
    <w:p w14:paraId="51A514C6" w14:textId="77777777" w:rsidR="00D213E2" w:rsidRDefault="00000000">
      <w:pPr>
        <w:spacing w:after="20"/>
        <w:ind w:left="1512"/>
      </w:pPr>
      <w:r>
        <w:t>Object code 6000 Repairs and Maintenance – $212,000</w:t>
      </w:r>
    </w:p>
    <w:p w14:paraId="451AD35C" w14:textId="77777777" w:rsidR="00D213E2" w:rsidRDefault="00000000">
      <w:pPr>
        <w:spacing w:after="20"/>
        <w:ind w:left="1512"/>
      </w:pPr>
      <w:r>
        <w:t>Object code 7000 Special Transactions – $40,324</w:t>
      </w:r>
    </w:p>
    <w:p w14:paraId="312B5726" w14:textId="77777777" w:rsidR="00D213E2" w:rsidRDefault="00000000">
      <w:pPr>
        <w:spacing w:after="160"/>
        <w:ind w:left="1008"/>
      </w:pPr>
      <w:r>
        <w:t>For a Total of $635,841</w:t>
      </w:r>
    </w:p>
    <w:p w14:paraId="66BB27C4" w14:textId="77777777" w:rsidR="00D213E2" w:rsidRDefault="00000000">
      <w:pPr>
        <w:spacing w:after="120"/>
        <w:ind w:left="576" w:hanging="432"/>
      </w:pPr>
      <w:r>
        <w:t xml:space="preserve">2. On Page 2, Line 27, delete </w:t>
      </w:r>
      <w:r>
        <w:rPr>
          <w:strike/>
        </w:rPr>
        <w:t>$524,762,404</w:t>
      </w:r>
      <w:r>
        <w:t xml:space="preserve"> and replace with </w:t>
      </w:r>
      <w:r>
        <w:rPr>
          <w:u w:val="single"/>
        </w:rPr>
        <w:t>$525,398,245</w:t>
      </w:r>
      <w:r>
        <w:t>.</w:t>
      </w:r>
    </w:p>
    <w:p w14:paraId="34F177AD" w14:textId="77777777" w:rsidR="00D213E2" w:rsidRDefault="00000000">
      <w:pPr>
        <w:spacing w:after="120"/>
        <w:ind w:left="576" w:hanging="432"/>
      </w:pPr>
      <w:r>
        <w:t>3. On Page 3, Line 2, insert new subsection 3 as follows:</w:t>
      </w:r>
    </w:p>
    <w:p w14:paraId="2E88E9C9" w14:textId="77777777" w:rsidR="00D213E2" w:rsidRDefault="00000000">
      <w:pPr>
        <w:spacing w:after="120"/>
        <w:ind w:left="1080" w:hanging="432"/>
      </w:pPr>
      <w:r>
        <w:rPr>
          <w:u w:val="single"/>
        </w:rPr>
        <w:t>3. $635,841 from the Personnel Lapse Savings Fund Account;</w:t>
      </w:r>
    </w:p>
    <w:p w14:paraId="557D97DD" w14:textId="77777777" w:rsidR="00D213E2" w:rsidRDefault="00000000">
      <w:pPr>
        <w:spacing w:after="120"/>
        <w:ind w:left="576" w:hanging="432"/>
      </w:pPr>
      <w:r>
        <w:t xml:space="preserve">4. On Page 3, Line 24, delete </w:t>
      </w:r>
      <w:r>
        <w:rPr>
          <w:strike/>
        </w:rPr>
        <w:t>$451,441,975</w:t>
      </w:r>
      <w:r>
        <w:t xml:space="preserve"> and replace with </w:t>
      </w:r>
      <w:r>
        <w:rPr>
          <w:u w:val="single"/>
        </w:rPr>
        <w:t>$452,077,816</w:t>
      </w:r>
      <w:r>
        <w:t>.</w:t>
      </w:r>
    </w:p>
    <w:p w14:paraId="4E37DCF0" w14:textId="77777777" w:rsidR="00D213E2" w:rsidRDefault="00000000">
      <w:pPr>
        <w:spacing w:after="120"/>
        <w:ind w:left="576" w:hanging="432"/>
      </w:pPr>
      <w:r>
        <w:t>5. On Page 3, Line 29, insert new subsection D as follows:</w:t>
      </w:r>
    </w:p>
    <w:p w14:paraId="5023D35B" w14:textId="77777777" w:rsidR="00D213E2" w:rsidRDefault="00000000">
      <w:pPr>
        <w:spacing w:after="120"/>
        <w:ind w:left="1080" w:hanging="432"/>
      </w:pPr>
      <w:r>
        <w:rPr>
          <w:u w:val="single"/>
        </w:rPr>
        <w:t>D. $635,841 from the Personnel Lapse Savings Fund Account;</w:t>
      </w:r>
    </w:p>
    <w:p w14:paraId="097020AE" w14:textId="77777777" w:rsidR="00D213E2" w:rsidRDefault="00000000">
      <w:pPr>
        <w:spacing w:after="120"/>
        <w:ind w:left="576" w:hanging="432"/>
      </w:pPr>
      <w:r>
        <w:t>6. Directives to the Office of Management and Budget. Amend Exhibit A, Fiscal Year 2027 Budget Summary, as follows:</w:t>
      </w:r>
    </w:p>
    <w:p w14:paraId="2DA265CA" w14:textId="77777777" w:rsidR="00D213E2" w:rsidRDefault="00000000">
      <w:pPr>
        <w:pStyle w:val="ListBullet"/>
        <w:spacing w:after="40"/>
        <w:ind w:left="1368"/>
      </w:pPr>
      <w:r>
        <w:t xml:space="preserve">Executive Branch, Personnel Lapse Fund: delete </w:t>
      </w:r>
      <w:r>
        <w:rPr>
          <w:strike/>
        </w:rPr>
        <w:t>0</w:t>
      </w:r>
      <w:r>
        <w:t xml:space="preserve"> and replace with </w:t>
      </w:r>
      <w:r>
        <w:rPr>
          <w:u w:val="single"/>
        </w:rPr>
        <w:t>635,841</w:t>
      </w:r>
      <w:r>
        <w:t>.</w:t>
      </w:r>
    </w:p>
    <w:p w14:paraId="4A27C129" w14:textId="77777777" w:rsidR="00D213E2" w:rsidRDefault="00000000">
      <w:pPr>
        <w:pStyle w:val="ListBullet"/>
        <w:spacing w:after="40"/>
        <w:ind w:left="1368"/>
      </w:pPr>
      <w:r>
        <w:t xml:space="preserve">Executive Branch, Total: delete </w:t>
      </w:r>
      <w:r>
        <w:rPr>
          <w:strike/>
        </w:rPr>
        <w:t>470,441,975</w:t>
      </w:r>
      <w:r>
        <w:t xml:space="preserve"> and replace with </w:t>
      </w:r>
      <w:r>
        <w:rPr>
          <w:u w:val="single"/>
        </w:rPr>
        <w:t>471,077,816</w:t>
      </w:r>
      <w:r>
        <w:t>.</w:t>
      </w:r>
    </w:p>
    <w:p w14:paraId="722A265F" w14:textId="77777777" w:rsidR="00D213E2" w:rsidRDefault="00000000">
      <w:pPr>
        <w:pStyle w:val="ListBullet"/>
        <w:spacing w:after="40"/>
        <w:ind w:left="1368"/>
      </w:pPr>
      <w:r>
        <w:t xml:space="preserve">Total, Personnel Lapse Fund: delete </w:t>
      </w:r>
      <w:r>
        <w:rPr>
          <w:strike/>
        </w:rPr>
        <w:t>0</w:t>
      </w:r>
      <w:r>
        <w:t xml:space="preserve"> and replace with </w:t>
      </w:r>
      <w:r>
        <w:rPr>
          <w:u w:val="single"/>
        </w:rPr>
        <w:t>635,841</w:t>
      </w:r>
      <w:r>
        <w:t>.</w:t>
      </w:r>
    </w:p>
    <w:p w14:paraId="560EFA9A" w14:textId="77777777" w:rsidR="00D213E2" w:rsidRDefault="00000000">
      <w:pPr>
        <w:pStyle w:val="ListBullet"/>
        <w:ind w:left="1368"/>
      </w:pPr>
      <w:r>
        <w:t xml:space="preserve">Total: delete </w:t>
      </w:r>
      <w:r>
        <w:rPr>
          <w:strike/>
        </w:rPr>
        <w:t>543,762,404</w:t>
      </w:r>
      <w:r>
        <w:t xml:space="preserve"> and replace with </w:t>
      </w:r>
      <w:r>
        <w:rPr>
          <w:u w:val="single"/>
        </w:rPr>
        <w:t>544,398,245</w:t>
      </w:r>
      <w:r>
        <w:t>.</w:t>
      </w:r>
    </w:p>
    <w:p w14:paraId="17B0DBF6" w14:textId="77777777" w:rsidR="00D213E2" w:rsidRDefault="00000000">
      <w:pPr>
        <w:spacing w:after="120"/>
        <w:ind w:left="576" w:hanging="432"/>
      </w:pPr>
      <w:r>
        <w:t>7. Directives to the Office of Management and Budget. Amend Exhibit D, Fiscal Year 2027 Executive Branch Budget Summary, as follows:</w:t>
      </w:r>
    </w:p>
    <w:p w14:paraId="76F32310" w14:textId="77777777" w:rsidR="00D213E2" w:rsidRDefault="00000000">
      <w:pPr>
        <w:pStyle w:val="ListBullet"/>
        <w:spacing w:after="40"/>
        <w:ind w:left="1368"/>
      </w:pPr>
      <w:r>
        <w:t xml:space="preserve">Division of Natural Resources, Personnel Lapse Fund: delete </w:t>
      </w:r>
      <w:r>
        <w:rPr>
          <w:strike/>
        </w:rPr>
        <w:t>0</w:t>
      </w:r>
      <w:r>
        <w:t xml:space="preserve"> and replace with </w:t>
      </w:r>
      <w:r>
        <w:rPr>
          <w:u w:val="single"/>
        </w:rPr>
        <w:t>635,841</w:t>
      </w:r>
      <w:r>
        <w:t>.</w:t>
      </w:r>
    </w:p>
    <w:p w14:paraId="68950D94" w14:textId="77777777" w:rsidR="00D213E2" w:rsidRDefault="00000000">
      <w:pPr>
        <w:pStyle w:val="ListBullet"/>
        <w:spacing w:after="40"/>
        <w:ind w:left="1368"/>
      </w:pPr>
      <w:r>
        <w:t xml:space="preserve">Division of Natural Resources, Total: delete </w:t>
      </w:r>
      <w:r>
        <w:rPr>
          <w:strike/>
        </w:rPr>
        <w:t>50,823,899</w:t>
      </w:r>
      <w:r>
        <w:t xml:space="preserve"> and replace with </w:t>
      </w:r>
      <w:r>
        <w:rPr>
          <w:u w:val="single"/>
        </w:rPr>
        <w:t>51,459,740</w:t>
      </w:r>
      <w:r>
        <w:t>.</w:t>
      </w:r>
    </w:p>
    <w:p w14:paraId="3936CED7" w14:textId="77777777" w:rsidR="00D213E2" w:rsidRDefault="00000000">
      <w:pPr>
        <w:pStyle w:val="ListBullet"/>
        <w:spacing w:after="40"/>
        <w:ind w:left="1368"/>
      </w:pPr>
      <w:r>
        <w:t xml:space="preserve">Total, Personnel Lapse Fund: delete </w:t>
      </w:r>
      <w:r>
        <w:rPr>
          <w:strike/>
        </w:rPr>
        <w:t>0</w:t>
      </w:r>
      <w:r>
        <w:t xml:space="preserve"> and replace with </w:t>
      </w:r>
      <w:r>
        <w:rPr>
          <w:u w:val="single"/>
        </w:rPr>
        <w:t>635,841</w:t>
      </w:r>
      <w:r>
        <w:t>.</w:t>
      </w:r>
    </w:p>
    <w:p w14:paraId="06A9F36A" w14:textId="77777777" w:rsidR="00D213E2" w:rsidRDefault="00000000">
      <w:pPr>
        <w:pStyle w:val="ListBullet"/>
        <w:ind w:left="1368"/>
      </w:pPr>
      <w:r>
        <w:t xml:space="preserve">Total: delete </w:t>
      </w:r>
      <w:r>
        <w:rPr>
          <w:strike/>
        </w:rPr>
        <w:t>470,441,975</w:t>
      </w:r>
      <w:r>
        <w:t xml:space="preserve"> and replace with </w:t>
      </w:r>
      <w:r>
        <w:rPr>
          <w:u w:val="single"/>
        </w:rPr>
        <w:t>471,077,816</w:t>
      </w:r>
      <w:r>
        <w:t>.</w:t>
      </w:r>
    </w:p>
    <w:p w14:paraId="40EBCCCD" w14:textId="77777777" w:rsidR="00D213E2" w:rsidRDefault="00000000">
      <w:pPr>
        <w:spacing w:after="120"/>
        <w:ind w:left="576" w:hanging="432"/>
      </w:pPr>
      <w:r>
        <w:t>8. Directive to the Program. Provide updated budget forms consistent with the amendment above.</w:t>
      </w:r>
    </w:p>
    <w:p w14:paraId="311C9D28" w14:textId="77777777" w:rsidR="00D213E2"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D213E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1506835">
    <w:abstractNumId w:val="8"/>
  </w:num>
  <w:num w:numId="2" w16cid:durableId="386995396">
    <w:abstractNumId w:val="6"/>
  </w:num>
  <w:num w:numId="3" w16cid:durableId="1081560073">
    <w:abstractNumId w:val="5"/>
  </w:num>
  <w:num w:numId="4" w16cid:durableId="952636467">
    <w:abstractNumId w:val="4"/>
  </w:num>
  <w:num w:numId="5" w16cid:durableId="1525441364">
    <w:abstractNumId w:val="7"/>
  </w:num>
  <w:num w:numId="6" w16cid:durableId="1342243526">
    <w:abstractNumId w:val="3"/>
  </w:num>
  <w:num w:numId="7" w16cid:durableId="568812354">
    <w:abstractNumId w:val="2"/>
  </w:num>
  <w:num w:numId="8" w16cid:durableId="1747680532">
    <w:abstractNumId w:val="1"/>
  </w:num>
  <w:num w:numId="9" w16cid:durableId="56271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94C"/>
    <w:rsid w:val="0015074B"/>
    <w:rsid w:val="00174955"/>
    <w:rsid w:val="0029639D"/>
    <w:rsid w:val="00326F90"/>
    <w:rsid w:val="00AA1D8D"/>
    <w:rsid w:val="00B47730"/>
    <w:rsid w:val="00CB0664"/>
    <w:rsid w:val="00D213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412AAF"/>
  <w14:defaultImageDpi w14:val="300"/>
  <w15:docId w15:val="{7FB08E6B-B36F-418F-A87C-E53E7C67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2026-09-07T21:20:00Z</dcterms:created>
  <dcterms:modified xsi:type="dcterms:W3CDTF">2026-09-07T21:20:00Z</dcterms:modified>
  <cp:category/>
</cp:coreProperties>
</file>